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4266F" w14:textId="77777777" w:rsidR="00F86E8B" w:rsidRPr="008034C1" w:rsidRDefault="00000000">
      <w:pPr>
        <w:spacing w:after="80"/>
        <w:jc w:val="center"/>
        <w:rPr>
          <w:sz w:val="24"/>
          <w:szCs w:val="24"/>
          <w:lang w:val="sk-SK"/>
        </w:rPr>
      </w:pPr>
      <w:r w:rsidRPr="008034C1">
        <w:rPr>
          <w:b/>
          <w:color w:val="1769AA"/>
          <w:sz w:val="24"/>
          <w:szCs w:val="24"/>
          <w:lang w:val="sk-SK"/>
        </w:rPr>
        <w:t>VZOROVÝ FORMULÁR NA ODSTÚPENIE OD ZMLUVY</w:t>
      </w:r>
    </w:p>
    <w:p w14:paraId="22032D3E" w14:textId="77777777" w:rsidR="00F86E8B" w:rsidRPr="008034C1" w:rsidRDefault="00000000">
      <w:pPr>
        <w:spacing w:after="160"/>
        <w:jc w:val="center"/>
        <w:rPr>
          <w:sz w:val="24"/>
          <w:szCs w:val="24"/>
          <w:lang w:val="sk-SK"/>
        </w:rPr>
      </w:pPr>
      <w:r w:rsidRPr="008034C1">
        <w:rPr>
          <w:sz w:val="24"/>
          <w:szCs w:val="24"/>
          <w:lang w:val="sk-SK"/>
        </w:rPr>
        <w:t>Vyplňte a zašlite tento formulár, len ak si želáte odstúpiť od zmluvy uzavretej na diaľku.</w:t>
      </w:r>
    </w:p>
    <w:p w14:paraId="6F8E026D" w14:textId="77777777" w:rsidR="008034C1" w:rsidRPr="008034C1" w:rsidRDefault="008034C1">
      <w:pPr>
        <w:spacing w:after="160"/>
        <w:jc w:val="center"/>
        <w:rPr>
          <w:sz w:val="24"/>
          <w:szCs w:val="24"/>
          <w:lang w:val="sk-SK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F86E8B" w:rsidRPr="008034C1" w14:paraId="31BB903B" w14:textId="77777777">
        <w:trPr>
          <w:jc w:val="center"/>
        </w:trPr>
        <w:tc>
          <w:tcPr>
            <w:tcW w:w="5156" w:type="dxa"/>
            <w:vAlign w:val="center"/>
          </w:tcPr>
          <w:p w14:paraId="6EEB70D9" w14:textId="3482D82B" w:rsidR="00F86E8B" w:rsidRPr="008034C1" w:rsidRDefault="00000000">
            <w:pPr>
              <w:spacing w:after="0"/>
              <w:rPr>
                <w:sz w:val="24"/>
                <w:szCs w:val="24"/>
                <w:lang w:val="sk-SK"/>
              </w:rPr>
            </w:pPr>
            <w:r w:rsidRPr="008034C1">
              <w:rPr>
                <w:b/>
                <w:sz w:val="24"/>
                <w:szCs w:val="24"/>
                <w:lang w:val="sk-SK"/>
              </w:rPr>
              <w:t>Obchodník</w:t>
            </w:r>
          </w:p>
        </w:tc>
        <w:tc>
          <w:tcPr>
            <w:tcW w:w="5156" w:type="dxa"/>
            <w:vAlign w:val="center"/>
          </w:tcPr>
          <w:p w14:paraId="5955200E" w14:textId="77777777" w:rsidR="00F86E8B" w:rsidRPr="008034C1" w:rsidRDefault="00000000">
            <w:pPr>
              <w:spacing w:after="0"/>
              <w:rPr>
                <w:sz w:val="24"/>
                <w:szCs w:val="24"/>
                <w:lang w:val="sk-SK"/>
              </w:rPr>
            </w:pPr>
            <w:r w:rsidRPr="008034C1">
              <w:rPr>
                <w:sz w:val="24"/>
                <w:szCs w:val="24"/>
                <w:lang w:val="sk-SK"/>
              </w:rPr>
              <w:t xml:space="preserve">SUPERCOOL </w:t>
            </w:r>
            <w:proofErr w:type="spellStart"/>
            <w:r w:rsidRPr="008034C1">
              <w:rPr>
                <w:sz w:val="24"/>
                <w:szCs w:val="24"/>
                <w:lang w:val="sk-SK"/>
              </w:rPr>
              <w:t>s.r.o</w:t>
            </w:r>
            <w:proofErr w:type="spellEnd"/>
            <w:r w:rsidRPr="008034C1">
              <w:rPr>
                <w:sz w:val="24"/>
                <w:szCs w:val="24"/>
                <w:lang w:val="sk-SK"/>
              </w:rPr>
              <w:t>.</w:t>
            </w:r>
          </w:p>
        </w:tc>
      </w:tr>
      <w:tr w:rsidR="00F86E8B" w:rsidRPr="008034C1" w14:paraId="183BFAEF" w14:textId="77777777">
        <w:trPr>
          <w:jc w:val="center"/>
        </w:trPr>
        <w:tc>
          <w:tcPr>
            <w:tcW w:w="5156" w:type="dxa"/>
            <w:vAlign w:val="center"/>
          </w:tcPr>
          <w:p w14:paraId="0398E46E" w14:textId="77777777" w:rsidR="00F86E8B" w:rsidRPr="008034C1" w:rsidRDefault="00000000">
            <w:pPr>
              <w:spacing w:after="0"/>
              <w:rPr>
                <w:sz w:val="24"/>
                <w:szCs w:val="24"/>
                <w:lang w:val="sk-SK"/>
              </w:rPr>
            </w:pPr>
            <w:r w:rsidRPr="008034C1">
              <w:rPr>
                <w:b/>
                <w:sz w:val="24"/>
                <w:szCs w:val="24"/>
                <w:lang w:val="sk-SK"/>
              </w:rPr>
              <w:t>Sídlo</w:t>
            </w:r>
          </w:p>
        </w:tc>
        <w:tc>
          <w:tcPr>
            <w:tcW w:w="5156" w:type="dxa"/>
            <w:vAlign w:val="center"/>
          </w:tcPr>
          <w:p w14:paraId="1B7FFDE5" w14:textId="6B2D3531" w:rsidR="00F86E8B" w:rsidRPr="008034C1" w:rsidRDefault="00000000">
            <w:pPr>
              <w:spacing w:after="0"/>
              <w:rPr>
                <w:sz w:val="24"/>
                <w:szCs w:val="24"/>
                <w:lang w:val="sk-SK"/>
              </w:rPr>
            </w:pPr>
            <w:r w:rsidRPr="008034C1">
              <w:rPr>
                <w:sz w:val="24"/>
                <w:szCs w:val="24"/>
                <w:lang w:val="sk-SK"/>
              </w:rPr>
              <w:t xml:space="preserve">Bazová 2747/16, 040 22 Košice, </w:t>
            </w:r>
            <w:r w:rsidR="008034C1" w:rsidRPr="008034C1">
              <w:rPr>
                <w:sz w:val="24"/>
                <w:szCs w:val="24"/>
                <w:lang w:val="sk-SK"/>
              </w:rPr>
              <w:t>Slovensko</w:t>
            </w:r>
          </w:p>
        </w:tc>
      </w:tr>
      <w:tr w:rsidR="00F86E8B" w:rsidRPr="008034C1" w14:paraId="50BAEBD4" w14:textId="77777777">
        <w:trPr>
          <w:jc w:val="center"/>
        </w:trPr>
        <w:tc>
          <w:tcPr>
            <w:tcW w:w="5156" w:type="dxa"/>
            <w:vAlign w:val="center"/>
          </w:tcPr>
          <w:p w14:paraId="501653E7" w14:textId="77777777" w:rsidR="00F86E8B" w:rsidRPr="008034C1" w:rsidRDefault="00000000">
            <w:pPr>
              <w:spacing w:after="0"/>
              <w:rPr>
                <w:sz w:val="24"/>
                <w:szCs w:val="24"/>
                <w:lang w:val="sk-SK"/>
              </w:rPr>
            </w:pPr>
            <w:r w:rsidRPr="008034C1">
              <w:rPr>
                <w:b/>
                <w:sz w:val="24"/>
                <w:szCs w:val="24"/>
                <w:lang w:val="sk-SK"/>
              </w:rPr>
              <w:t>E-mail</w:t>
            </w:r>
          </w:p>
        </w:tc>
        <w:tc>
          <w:tcPr>
            <w:tcW w:w="5156" w:type="dxa"/>
            <w:vAlign w:val="center"/>
          </w:tcPr>
          <w:p w14:paraId="039D9DC9" w14:textId="77777777" w:rsidR="00F86E8B" w:rsidRPr="008034C1" w:rsidRDefault="00000000">
            <w:pPr>
              <w:spacing w:after="0"/>
              <w:rPr>
                <w:sz w:val="24"/>
                <w:szCs w:val="24"/>
                <w:lang w:val="sk-SK"/>
              </w:rPr>
            </w:pPr>
            <w:r w:rsidRPr="008034C1">
              <w:rPr>
                <w:sz w:val="24"/>
                <w:szCs w:val="24"/>
                <w:lang w:val="sk-SK"/>
              </w:rPr>
              <w:t>supercool@supercool.sk</w:t>
            </w:r>
          </w:p>
        </w:tc>
      </w:tr>
    </w:tbl>
    <w:p w14:paraId="2DF60C9E" w14:textId="77777777" w:rsidR="00F86E8B" w:rsidRPr="008034C1" w:rsidRDefault="00F86E8B">
      <w:pPr>
        <w:spacing w:after="0"/>
        <w:rPr>
          <w:sz w:val="24"/>
          <w:szCs w:val="24"/>
          <w:lang w:val="sk-SK"/>
        </w:rPr>
      </w:pPr>
    </w:p>
    <w:p w14:paraId="0604256D" w14:textId="77777777" w:rsidR="008034C1" w:rsidRDefault="008034C1">
      <w:pPr>
        <w:spacing w:before="40" w:after="60"/>
        <w:rPr>
          <w:b/>
          <w:color w:val="1769AA"/>
          <w:sz w:val="24"/>
          <w:szCs w:val="24"/>
          <w:lang w:val="sk-SK"/>
        </w:rPr>
      </w:pPr>
    </w:p>
    <w:p w14:paraId="534ED2C1" w14:textId="405E8AEB" w:rsidR="00F86E8B" w:rsidRPr="008034C1" w:rsidRDefault="00000000">
      <w:pPr>
        <w:spacing w:before="40" w:after="60"/>
        <w:rPr>
          <w:sz w:val="24"/>
          <w:szCs w:val="24"/>
          <w:lang w:val="sk-SK"/>
        </w:rPr>
      </w:pPr>
      <w:r w:rsidRPr="008034C1">
        <w:rPr>
          <w:b/>
          <w:color w:val="1769AA"/>
          <w:sz w:val="24"/>
          <w:szCs w:val="24"/>
          <w:lang w:val="sk-SK"/>
        </w:rPr>
        <w:t>Oznámenie o odstúpení</w:t>
      </w:r>
    </w:p>
    <w:p w14:paraId="11F80949" w14:textId="77777777" w:rsidR="00F86E8B" w:rsidRDefault="00000000">
      <w:pPr>
        <w:spacing w:after="60"/>
        <w:rPr>
          <w:sz w:val="24"/>
          <w:szCs w:val="24"/>
          <w:lang w:val="sk-SK"/>
        </w:rPr>
      </w:pPr>
      <w:r w:rsidRPr="008034C1">
        <w:rPr>
          <w:sz w:val="24"/>
          <w:szCs w:val="24"/>
          <w:lang w:val="sk-SK"/>
        </w:rPr>
        <w:t>Týmto oznamujem, že odstupujem od zmluvy o dodaní nasledujúceho produktu / produktov:</w:t>
      </w:r>
    </w:p>
    <w:p w14:paraId="7CCF2DA4" w14:textId="77777777" w:rsidR="008034C1" w:rsidRPr="008034C1" w:rsidRDefault="008034C1">
      <w:pPr>
        <w:spacing w:after="60"/>
        <w:rPr>
          <w:sz w:val="24"/>
          <w:szCs w:val="24"/>
          <w:lang w:val="sk-SK"/>
        </w:rPr>
      </w:pPr>
    </w:p>
    <w:p w14:paraId="738900D2" w14:textId="1AECC659" w:rsidR="00F86E8B" w:rsidRDefault="00000000">
      <w:pPr>
        <w:spacing w:after="20" w:line="240" w:lineRule="auto"/>
        <w:rPr>
          <w:sz w:val="24"/>
          <w:szCs w:val="24"/>
          <w:lang w:val="sk-SK"/>
        </w:rPr>
      </w:pPr>
      <w:r w:rsidRPr="008034C1">
        <w:rPr>
          <w:sz w:val="24"/>
          <w:szCs w:val="24"/>
          <w:lang w:val="sk-SK"/>
        </w:rPr>
        <w:t>_____________________________________________________________________________</w:t>
      </w:r>
    </w:p>
    <w:p w14:paraId="25B63536" w14:textId="77777777" w:rsidR="008034C1" w:rsidRDefault="008034C1">
      <w:pPr>
        <w:spacing w:after="20" w:line="240" w:lineRule="auto"/>
        <w:rPr>
          <w:sz w:val="24"/>
          <w:szCs w:val="24"/>
          <w:lang w:val="sk-SK"/>
        </w:rPr>
      </w:pPr>
    </w:p>
    <w:p w14:paraId="69F1672E" w14:textId="572C8017" w:rsidR="00F86E8B" w:rsidRPr="008034C1" w:rsidRDefault="00000000">
      <w:pPr>
        <w:spacing w:after="20" w:line="240" w:lineRule="auto"/>
        <w:rPr>
          <w:sz w:val="24"/>
          <w:szCs w:val="24"/>
          <w:lang w:val="sk-SK"/>
        </w:rPr>
      </w:pPr>
      <w:r w:rsidRPr="008034C1">
        <w:rPr>
          <w:sz w:val="24"/>
          <w:szCs w:val="24"/>
          <w:lang w:val="sk-SK"/>
        </w:rPr>
        <w:t>_____________________________________________________________________________</w:t>
      </w:r>
    </w:p>
    <w:p w14:paraId="2848255F" w14:textId="77777777" w:rsidR="008034C1" w:rsidRDefault="008034C1">
      <w:pPr>
        <w:spacing w:after="20" w:line="240" w:lineRule="auto"/>
        <w:rPr>
          <w:sz w:val="24"/>
          <w:szCs w:val="24"/>
          <w:lang w:val="sk-SK"/>
        </w:rPr>
      </w:pPr>
    </w:p>
    <w:p w14:paraId="6D104951" w14:textId="4427321E" w:rsidR="00F86E8B" w:rsidRPr="008034C1" w:rsidRDefault="00000000">
      <w:pPr>
        <w:spacing w:after="20" w:line="240" w:lineRule="auto"/>
        <w:rPr>
          <w:sz w:val="24"/>
          <w:szCs w:val="24"/>
          <w:lang w:val="sk-SK"/>
        </w:rPr>
      </w:pPr>
      <w:r w:rsidRPr="008034C1">
        <w:rPr>
          <w:sz w:val="24"/>
          <w:szCs w:val="24"/>
          <w:lang w:val="sk-SK"/>
        </w:rPr>
        <w:t>_____________________________________________________________________________</w:t>
      </w:r>
    </w:p>
    <w:p w14:paraId="4510D481" w14:textId="77777777" w:rsidR="008034C1" w:rsidRDefault="008034C1">
      <w:pPr>
        <w:spacing w:after="20" w:line="240" w:lineRule="auto"/>
        <w:rPr>
          <w:sz w:val="24"/>
          <w:szCs w:val="24"/>
          <w:lang w:val="sk-SK"/>
        </w:rPr>
      </w:pPr>
    </w:p>
    <w:p w14:paraId="24D9A110" w14:textId="3713060B" w:rsidR="00F86E8B" w:rsidRPr="008034C1" w:rsidRDefault="00000000">
      <w:pPr>
        <w:spacing w:after="20" w:line="240" w:lineRule="auto"/>
        <w:rPr>
          <w:sz w:val="24"/>
          <w:szCs w:val="24"/>
          <w:lang w:val="sk-SK"/>
        </w:rPr>
      </w:pPr>
      <w:r w:rsidRPr="008034C1">
        <w:rPr>
          <w:sz w:val="24"/>
          <w:szCs w:val="24"/>
          <w:lang w:val="sk-SK"/>
        </w:rPr>
        <w:t>_____________________________________________________________________________</w:t>
      </w:r>
    </w:p>
    <w:p w14:paraId="589D6871" w14:textId="77777777" w:rsidR="008034C1" w:rsidRDefault="008034C1">
      <w:pPr>
        <w:spacing w:after="60"/>
        <w:rPr>
          <w:b/>
          <w:sz w:val="24"/>
          <w:szCs w:val="24"/>
          <w:lang w:val="sk-SK"/>
        </w:rPr>
      </w:pPr>
    </w:p>
    <w:p w14:paraId="4C04A75F" w14:textId="4E0F4EC5" w:rsidR="00F86E8B" w:rsidRPr="008034C1" w:rsidRDefault="00000000">
      <w:pPr>
        <w:spacing w:after="60"/>
        <w:rPr>
          <w:sz w:val="24"/>
          <w:szCs w:val="24"/>
          <w:lang w:val="sk-SK"/>
        </w:rPr>
      </w:pPr>
      <w:r w:rsidRPr="008034C1">
        <w:rPr>
          <w:b/>
          <w:sz w:val="24"/>
          <w:szCs w:val="24"/>
          <w:lang w:val="sk-SK"/>
        </w:rPr>
        <w:t xml:space="preserve">Číslo objednávky: </w:t>
      </w:r>
      <w:r w:rsidRPr="008034C1">
        <w:rPr>
          <w:sz w:val="24"/>
          <w:szCs w:val="24"/>
          <w:lang w:val="sk-SK"/>
        </w:rPr>
        <w:t>_________________________</w:t>
      </w:r>
      <w:r w:rsidR="008034C1">
        <w:rPr>
          <w:sz w:val="24"/>
          <w:szCs w:val="24"/>
          <w:lang w:val="sk-SK"/>
        </w:rPr>
        <w:t>____</w:t>
      </w:r>
      <w:r w:rsidRPr="008034C1">
        <w:rPr>
          <w:sz w:val="24"/>
          <w:szCs w:val="24"/>
          <w:lang w:val="sk-SK"/>
        </w:rPr>
        <w:t>________________________________</w:t>
      </w:r>
    </w:p>
    <w:p w14:paraId="41F28DCB" w14:textId="77777777" w:rsidR="008034C1" w:rsidRDefault="008034C1">
      <w:pPr>
        <w:spacing w:after="60"/>
        <w:rPr>
          <w:b/>
          <w:sz w:val="24"/>
          <w:szCs w:val="24"/>
          <w:lang w:val="sk-SK"/>
        </w:rPr>
      </w:pPr>
    </w:p>
    <w:p w14:paraId="66E54DC8" w14:textId="69C7011C" w:rsidR="0084498F" w:rsidRDefault="0084498F">
      <w:pPr>
        <w:spacing w:after="60"/>
        <w:rPr>
          <w:bCs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Dátum objednania / Dátum prijatia</w:t>
      </w:r>
      <w:r w:rsidR="00745E29">
        <w:rPr>
          <w:b/>
          <w:sz w:val="24"/>
          <w:szCs w:val="24"/>
          <w:lang w:val="sk-SK"/>
        </w:rPr>
        <w:t>*</w:t>
      </w:r>
      <w:r>
        <w:rPr>
          <w:b/>
          <w:sz w:val="24"/>
          <w:szCs w:val="24"/>
          <w:lang w:val="sk-SK"/>
        </w:rPr>
        <w:t xml:space="preserve">: </w:t>
      </w:r>
      <w:r>
        <w:rPr>
          <w:bCs/>
          <w:sz w:val="24"/>
          <w:szCs w:val="24"/>
          <w:lang w:val="sk-SK"/>
        </w:rPr>
        <w:t>______________________________________________</w:t>
      </w:r>
    </w:p>
    <w:p w14:paraId="6BC440F8" w14:textId="77777777" w:rsidR="0084498F" w:rsidRPr="0084498F" w:rsidRDefault="0084498F">
      <w:pPr>
        <w:spacing w:after="60"/>
        <w:rPr>
          <w:bCs/>
          <w:sz w:val="24"/>
          <w:szCs w:val="24"/>
          <w:lang w:val="sk-SK"/>
        </w:rPr>
      </w:pPr>
    </w:p>
    <w:p w14:paraId="2EA36947" w14:textId="48B2836E" w:rsidR="00F86E8B" w:rsidRPr="008034C1" w:rsidRDefault="00000000">
      <w:pPr>
        <w:spacing w:after="60"/>
        <w:rPr>
          <w:sz w:val="24"/>
          <w:szCs w:val="24"/>
          <w:lang w:val="sk-SK"/>
        </w:rPr>
      </w:pPr>
      <w:r w:rsidRPr="008034C1">
        <w:rPr>
          <w:b/>
          <w:sz w:val="24"/>
          <w:szCs w:val="24"/>
          <w:lang w:val="sk-SK"/>
        </w:rPr>
        <w:t xml:space="preserve">Meno a priezvisko spotrebiteľa: </w:t>
      </w:r>
      <w:r w:rsidRPr="008034C1">
        <w:rPr>
          <w:sz w:val="24"/>
          <w:szCs w:val="24"/>
          <w:lang w:val="sk-SK"/>
        </w:rPr>
        <w:t>______________________________________</w:t>
      </w:r>
      <w:r w:rsidR="008034C1">
        <w:rPr>
          <w:sz w:val="24"/>
          <w:szCs w:val="24"/>
          <w:lang w:val="sk-SK"/>
        </w:rPr>
        <w:t>___________</w:t>
      </w:r>
    </w:p>
    <w:p w14:paraId="74AADF08" w14:textId="77777777" w:rsidR="008034C1" w:rsidRDefault="008034C1">
      <w:pPr>
        <w:spacing w:after="60"/>
        <w:rPr>
          <w:b/>
          <w:sz w:val="24"/>
          <w:szCs w:val="24"/>
          <w:lang w:val="sk-SK"/>
        </w:rPr>
      </w:pPr>
    </w:p>
    <w:p w14:paraId="4E0A973E" w14:textId="269AF7D6" w:rsidR="00F86E8B" w:rsidRPr="008034C1" w:rsidRDefault="00000000">
      <w:pPr>
        <w:spacing w:after="60"/>
        <w:rPr>
          <w:sz w:val="24"/>
          <w:szCs w:val="24"/>
          <w:lang w:val="sk-SK"/>
        </w:rPr>
      </w:pPr>
      <w:r w:rsidRPr="008034C1">
        <w:rPr>
          <w:b/>
          <w:sz w:val="24"/>
          <w:szCs w:val="24"/>
          <w:lang w:val="sk-SK"/>
        </w:rPr>
        <w:t xml:space="preserve">Adresa spotrebiteľa: </w:t>
      </w:r>
      <w:r w:rsidRPr="008034C1">
        <w:rPr>
          <w:sz w:val="24"/>
          <w:szCs w:val="24"/>
          <w:lang w:val="sk-SK"/>
        </w:rPr>
        <w:t>_______________________________________________________</w:t>
      </w:r>
      <w:r w:rsidR="008034C1">
        <w:rPr>
          <w:sz w:val="24"/>
          <w:szCs w:val="24"/>
          <w:lang w:val="sk-SK"/>
        </w:rPr>
        <w:t>____</w:t>
      </w:r>
    </w:p>
    <w:p w14:paraId="2A9518FF" w14:textId="77777777" w:rsidR="008034C1" w:rsidRDefault="008034C1">
      <w:pPr>
        <w:spacing w:before="40" w:after="40"/>
        <w:rPr>
          <w:b/>
          <w:sz w:val="24"/>
          <w:szCs w:val="24"/>
          <w:lang w:val="sk-SK"/>
        </w:rPr>
      </w:pPr>
    </w:p>
    <w:p w14:paraId="0759062F" w14:textId="2222A5AF" w:rsidR="00F86E8B" w:rsidRPr="008034C1" w:rsidRDefault="00000000">
      <w:pPr>
        <w:spacing w:before="40" w:after="40"/>
        <w:rPr>
          <w:sz w:val="24"/>
          <w:szCs w:val="24"/>
          <w:lang w:val="sk-SK"/>
        </w:rPr>
      </w:pPr>
      <w:r w:rsidRPr="008034C1">
        <w:rPr>
          <w:b/>
          <w:sz w:val="24"/>
          <w:szCs w:val="24"/>
          <w:lang w:val="sk-SK"/>
        </w:rPr>
        <w:t xml:space="preserve">Dátum: </w:t>
      </w:r>
      <w:r w:rsidRPr="008034C1">
        <w:rPr>
          <w:sz w:val="24"/>
          <w:szCs w:val="24"/>
          <w:lang w:val="sk-SK"/>
        </w:rPr>
        <w:t xml:space="preserve">_______________________      </w:t>
      </w:r>
      <w:r w:rsidRPr="008034C1">
        <w:rPr>
          <w:b/>
          <w:sz w:val="24"/>
          <w:szCs w:val="24"/>
          <w:lang w:val="sk-SK"/>
        </w:rPr>
        <w:t xml:space="preserve">Podpis spotrebiteľa: </w:t>
      </w:r>
      <w:r w:rsidRPr="008034C1">
        <w:rPr>
          <w:sz w:val="24"/>
          <w:szCs w:val="24"/>
          <w:lang w:val="sk-SK"/>
        </w:rPr>
        <w:t>_________________________</w:t>
      </w:r>
      <w:r w:rsidR="008034C1">
        <w:rPr>
          <w:sz w:val="24"/>
          <w:szCs w:val="24"/>
          <w:lang w:val="sk-SK"/>
        </w:rPr>
        <w:t>_</w:t>
      </w:r>
    </w:p>
    <w:p w14:paraId="3EE3622D" w14:textId="77777777" w:rsidR="008034C1" w:rsidRDefault="008034C1">
      <w:pPr>
        <w:spacing w:after="100"/>
        <w:rPr>
          <w:color w:val="5A5A5A"/>
          <w:sz w:val="24"/>
          <w:szCs w:val="24"/>
          <w:lang w:val="sk-SK"/>
        </w:rPr>
      </w:pPr>
    </w:p>
    <w:p w14:paraId="1F790FCA" w14:textId="77777777" w:rsidR="008034C1" w:rsidRDefault="008034C1">
      <w:pPr>
        <w:spacing w:after="60"/>
        <w:rPr>
          <w:b/>
          <w:color w:val="1769AA"/>
          <w:sz w:val="24"/>
          <w:szCs w:val="24"/>
          <w:lang w:val="sk-SK"/>
        </w:rPr>
      </w:pPr>
    </w:p>
    <w:p w14:paraId="21C807F3" w14:textId="77777777" w:rsidR="008034C1" w:rsidRDefault="008034C1">
      <w:pPr>
        <w:spacing w:after="60"/>
        <w:rPr>
          <w:b/>
          <w:color w:val="1769AA"/>
          <w:sz w:val="24"/>
          <w:szCs w:val="24"/>
          <w:lang w:val="sk-SK"/>
        </w:rPr>
      </w:pPr>
    </w:p>
    <w:p w14:paraId="59A759F1" w14:textId="22B78E74" w:rsidR="00F86E8B" w:rsidRPr="008034C1" w:rsidRDefault="00000000">
      <w:pPr>
        <w:spacing w:after="60"/>
        <w:rPr>
          <w:sz w:val="20"/>
          <w:szCs w:val="20"/>
          <w:lang w:val="sk-SK"/>
        </w:rPr>
      </w:pPr>
      <w:r w:rsidRPr="008034C1">
        <w:rPr>
          <w:b/>
          <w:color w:val="1769AA"/>
          <w:sz w:val="20"/>
          <w:szCs w:val="20"/>
          <w:lang w:val="sk-SK"/>
        </w:rPr>
        <w:t>Dôležité informácie</w:t>
      </w:r>
    </w:p>
    <w:p w14:paraId="7911E538" w14:textId="57E95200" w:rsidR="008034C1" w:rsidRDefault="008034C1" w:rsidP="008034C1">
      <w:pPr>
        <w:spacing w:after="40"/>
        <w:ind w:left="170" w:hanging="170"/>
        <w:rPr>
          <w:sz w:val="20"/>
          <w:szCs w:val="20"/>
          <w:lang w:val="sk-SK"/>
        </w:rPr>
      </w:pPr>
      <w:r w:rsidRPr="008034C1">
        <w:rPr>
          <w:sz w:val="20"/>
          <w:szCs w:val="20"/>
          <w:lang w:val="sk-SK"/>
        </w:rPr>
        <w:t>• Podpis sa vyžaduje iba v prípade, ak sa formulár podáva v listinnej podobe.</w:t>
      </w:r>
    </w:p>
    <w:p w14:paraId="043262DF" w14:textId="5C3F22DB" w:rsidR="00F86E8B" w:rsidRPr="008034C1" w:rsidRDefault="00000000">
      <w:pPr>
        <w:spacing w:after="40"/>
        <w:ind w:left="170" w:hanging="170"/>
        <w:rPr>
          <w:sz w:val="20"/>
          <w:szCs w:val="20"/>
          <w:lang w:val="sk-SK"/>
        </w:rPr>
      </w:pPr>
      <w:r w:rsidRPr="008034C1">
        <w:rPr>
          <w:sz w:val="20"/>
          <w:szCs w:val="20"/>
          <w:lang w:val="sk-SK"/>
        </w:rPr>
        <w:t>• Použitie tohto vzorového formulára nie je podmienkou na uplatnenie práva na odstúpenie od zmluvy. Spotrebiteľ môže odstúpenie oznámiť aj iným jednoznačným vyhlásením v súlade so zákonom.</w:t>
      </w:r>
    </w:p>
    <w:p w14:paraId="1C07C334" w14:textId="7CAAFEBC" w:rsidR="00F86E8B" w:rsidRPr="008034C1" w:rsidRDefault="00000000">
      <w:pPr>
        <w:spacing w:after="40"/>
        <w:ind w:left="170" w:hanging="170"/>
        <w:rPr>
          <w:sz w:val="20"/>
          <w:szCs w:val="20"/>
          <w:lang w:val="sk-SK"/>
        </w:rPr>
      </w:pPr>
      <w:r w:rsidRPr="008034C1">
        <w:rPr>
          <w:sz w:val="20"/>
          <w:szCs w:val="20"/>
          <w:lang w:val="sk-SK"/>
        </w:rPr>
        <w:t xml:space="preserve">• </w:t>
      </w:r>
      <w:r w:rsidR="008034C1">
        <w:rPr>
          <w:sz w:val="20"/>
          <w:szCs w:val="20"/>
          <w:lang w:val="sk-SK"/>
        </w:rPr>
        <w:t>L</w:t>
      </w:r>
      <w:r w:rsidRPr="008034C1">
        <w:rPr>
          <w:sz w:val="20"/>
          <w:szCs w:val="20"/>
          <w:lang w:val="sk-SK"/>
        </w:rPr>
        <w:t xml:space="preserve">ehota na odstúpenie od zmluvy </w:t>
      </w:r>
      <w:r w:rsidR="008034C1">
        <w:rPr>
          <w:sz w:val="20"/>
          <w:szCs w:val="20"/>
          <w:lang w:val="sk-SK"/>
        </w:rPr>
        <w:t xml:space="preserve">je </w:t>
      </w:r>
      <w:r w:rsidRPr="008034C1">
        <w:rPr>
          <w:sz w:val="20"/>
          <w:szCs w:val="20"/>
          <w:lang w:val="sk-SK"/>
        </w:rPr>
        <w:t>spravidla 14 dní odo dňa prevzatia tovaru, ak zákon neustanovuje inak.</w:t>
      </w:r>
    </w:p>
    <w:p w14:paraId="70D87296" w14:textId="77777777" w:rsidR="00F86E8B" w:rsidRPr="008034C1" w:rsidRDefault="00000000">
      <w:pPr>
        <w:spacing w:after="40"/>
        <w:ind w:left="170" w:hanging="170"/>
        <w:rPr>
          <w:sz w:val="20"/>
          <w:szCs w:val="20"/>
          <w:lang w:val="sk-SK"/>
        </w:rPr>
      </w:pPr>
      <w:r w:rsidRPr="008034C1">
        <w:rPr>
          <w:sz w:val="20"/>
          <w:szCs w:val="20"/>
          <w:lang w:val="sk-SK"/>
        </w:rPr>
        <w:t>• Po odstúpení je spotrebiteľ povinný tovar zaslať späť alebo odovzdať obchodníkovi najneskôr do 14 dní odo dňa odstúpenia, ak obchodník nenavrhne jeho vyzdvihnutie.</w:t>
      </w:r>
    </w:p>
    <w:p w14:paraId="53EBAFC9" w14:textId="23F6964E" w:rsidR="008034C1" w:rsidRDefault="00000000" w:rsidP="008034C1">
      <w:pPr>
        <w:spacing w:after="40"/>
        <w:ind w:left="170" w:hanging="170"/>
        <w:rPr>
          <w:sz w:val="20"/>
          <w:szCs w:val="20"/>
          <w:lang w:val="sk-SK"/>
        </w:rPr>
      </w:pPr>
      <w:r w:rsidRPr="008034C1">
        <w:rPr>
          <w:sz w:val="20"/>
          <w:szCs w:val="20"/>
          <w:lang w:val="sk-SK"/>
        </w:rPr>
        <w:t xml:space="preserve">• </w:t>
      </w:r>
      <w:r w:rsidR="00E47058" w:rsidRPr="00E47058">
        <w:rPr>
          <w:sz w:val="20"/>
          <w:szCs w:val="20"/>
          <w:lang w:val="sk-SK"/>
        </w:rPr>
        <w:t>Náklady na vrátenie tovaru obchodníkovi znáša spotrebiteľ, ak zákon neustanovuje inak.</w:t>
      </w:r>
    </w:p>
    <w:p w14:paraId="2D1D4B0A" w14:textId="3631CF23" w:rsidR="00F86E8B" w:rsidRDefault="008034C1" w:rsidP="008034C1">
      <w:pPr>
        <w:spacing w:after="40"/>
        <w:ind w:left="170" w:hanging="170"/>
        <w:rPr>
          <w:sz w:val="20"/>
          <w:szCs w:val="20"/>
          <w:lang w:val="sk-SK"/>
        </w:rPr>
      </w:pPr>
      <w:r w:rsidRPr="008034C1">
        <w:rPr>
          <w:sz w:val="20"/>
          <w:szCs w:val="20"/>
          <w:lang w:val="sk-SK"/>
        </w:rPr>
        <w:t>• Vzorový formulár podľa prílohy č. 2 zákona č. 108/2024 Z. z. o ochrane spotrebiteľa.</w:t>
      </w:r>
    </w:p>
    <w:p w14:paraId="317918F3" w14:textId="27B9DC09" w:rsidR="00745E29" w:rsidRPr="00745E29" w:rsidRDefault="00745E29" w:rsidP="00745E29">
      <w:pPr>
        <w:spacing w:after="40"/>
        <w:rPr>
          <w:sz w:val="20"/>
          <w:szCs w:val="20"/>
          <w:lang w:val="sk-SK"/>
        </w:rPr>
      </w:pPr>
      <w:r w:rsidRPr="00745E29">
        <w:rPr>
          <w:sz w:val="20"/>
          <w:szCs w:val="20"/>
          <w:lang w:val="sk-SK"/>
        </w:rPr>
        <w:t>*</w:t>
      </w:r>
      <w:r>
        <w:rPr>
          <w:sz w:val="20"/>
          <w:szCs w:val="20"/>
          <w:lang w:val="sk-SK"/>
        </w:rPr>
        <w:t xml:space="preserve"> </w:t>
      </w:r>
      <w:proofErr w:type="spellStart"/>
      <w:r w:rsidRPr="00745E29">
        <w:rPr>
          <w:sz w:val="20"/>
          <w:szCs w:val="20"/>
          <w:lang w:val="sk-SK"/>
        </w:rPr>
        <w:t>Nehodiace</w:t>
      </w:r>
      <w:proofErr w:type="spellEnd"/>
      <w:r w:rsidRPr="00745E29">
        <w:rPr>
          <w:sz w:val="20"/>
          <w:szCs w:val="20"/>
          <w:lang w:val="sk-SK"/>
        </w:rPr>
        <w:t xml:space="preserve"> sa preškrtnite</w:t>
      </w:r>
    </w:p>
    <w:sectPr w:rsidR="00745E29" w:rsidRPr="00745E29" w:rsidSect="00034616"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863E8D"/>
    <w:multiLevelType w:val="hybridMultilevel"/>
    <w:tmpl w:val="1DE2DD0A"/>
    <w:lvl w:ilvl="0" w:tplc="DD48A4F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124099"/>
    <w:multiLevelType w:val="hybridMultilevel"/>
    <w:tmpl w:val="84D20D40"/>
    <w:lvl w:ilvl="0" w:tplc="FAA6795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928370">
    <w:abstractNumId w:val="8"/>
  </w:num>
  <w:num w:numId="2" w16cid:durableId="1257523318">
    <w:abstractNumId w:val="6"/>
  </w:num>
  <w:num w:numId="3" w16cid:durableId="2142186664">
    <w:abstractNumId w:val="5"/>
  </w:num>
  <w:num w:numId="4" w16cid:durableId="1930194379">
    <w:abstractNumId w:val="4"/>
  </w:num>
  <w:num w:numId="5" w16cid:durableId="1364091874">
    <w:abstractNumId w:val="7"/>
  </w:num>
  <w:num w:numId="6" w16cid:durableId="519707114">
    <w:abstractNumId w:val="3"/>
  </w:num>
  <w:num w:numId="7" w16cid:durableId="125895978">
    <w:abstractNumId w:val="2"/>
  </w:num>
  <w:num w:numId="8" w16cid:durableId="717096601">
    <w:abstractNumId w:val="1"/>
  </w:num>
  <w:num w:numId="9" w16cid:durableId="1143081963">
    <w:abstractNumId w:val="0"/>
  </w:num>
  <w:num w:numId="10" w16cid:durableId="601382731">
    <w:abstractNumId w:val="10"/>
  </w:num>
  <w:num w:numId="11" w16cid:durableId="58595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45E29"/>
    <w:rsid w:val="008034C1"/>
    <w:rsid w:val="0084498F"/>
    <w:rsid w:val="0087612C"/>
    <w:rsid w:val="008F61CD"/>
    <w:rsid w:val="00AA1D8D"/>
    <w:rsid w:val="00B47730"/>
    <w:rsid w:val="00C1667A"/>
    <w:rsid w:val="00CB0664"/>
    <w:rsid w:val="00E47058"/>
    <w:rsid w:val="00E92AB6"/>
    <w:rsid w:val="00F86E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53D9B2"/>
  <w14:defaultImageDpi w14:val="300"/>
  <w15:docId w15:val="{76D00AC6-E9F8-4343-8B96-95ABDF063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rial" w:hAnsi="Arial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Tomáš Schuchmann</cp:lastModifiedBy>
  <cp:revision>6</cp:revision>
  <dcterms:created xsi:type="dcterms:W3CDTF">2013-12-23T23:15:00Z</dcterms:created>
  <dcterms:modified xsi:type="dcterms:W3CDTF">2026-09-17T21:00:00Z</dcterms:modified>
  <cp:category/>
</cp:coreProperties>
</file>