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991E1" w14:textId="77777777" w:rsidR="00D636DB" w:rsidRPr="00E0106C" w:rsidRDefault="00000000">
      <w:pPr>
        <w:jc w:val="center"/>
        <w:rPr>
          <w:lang w:val="sk-SK"/>
        </w:rPr>
      </w:pPr>
      <w:r w:rsidRPr="00E0106C">
        <w:rPr>
          <w:b/>
          <w:color w:val="0D4F86"/>
          <w:sz w:val="40"/>
          <w:lang w:val="sk-SK"/>
        </w:rPr>
        <w:t>REKLAMAČNÝ FORMULÁR</w:t>
      </w:r>
    </w:p>
    <w:p w14:paraId="38BE58CE" w14:textId="77777777" w:rsidR="00D636DB" w:rsidRPr="00E0106C" w:rsidRDefault="00000000">
      <w:pPr>
        <w:spacing w:after="140"/>
        <w:jc w:val="center"/>
        <w:rPr>
          <w:lang w:val="sk-SK"/>
        </w:rPr>
      </w:pPr>
      <w:r w:rsidRPr="00E0106C">
        <w:rPr>
          <w:sz w:val="17"/>
          <w:lang w:val="sk-SK"/>
        </w:rPr>
        <w:t xml:space="preserve">SUPERCOOL </w:t>
      </w:r>
      <w:proofErr w:type="spellStart"/>
      <w:r w:rsidRPr="00E0106C">
        <w:rPr>
          <w:sz w:val="17"/>
          <w:lang w:val="sk-SK"/>
        </w:rPr>
        <w:t>s.r.o</w:t>
      </w:r>
      <w:proofErr w:type="spellEnd"/>
      <w:r w:rsidRPr="00E0106C">
        <w:rPr>
          <w:sz w:val="17"/>
          <w:lang w:val="sk-SK"/>
        </w:rPr>
        <w:t>.  |  Bazová 2747/16, 040 22 Košice  |  supercool@supercool.sk  |  +421 917 263 106</w:t>
      </w:r>
    </w:p>
    <w:tbl>
      <w:tblPr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9412"/>
      </w:tblGrid>
      <w:tr w:rsidR="00D636DB" w:rsidRPr="00EA5CE8" w14:paraId="3017B8CF" w14:textId="77777777">
        <w:trPr>
          <w:jc w:val="center"/>
        </w:trPr>
        <w:tc>
          <w:tcPr>
            <w:tcW w:w="9411" w:type="dxa"/>
            <w:shd w:val="clear" w:color="auto" w:fill="1769A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61982C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color w:val="FFFFFF"/>
                <w:sz w:val="20"/>
                <w:lang w:val="sk-SK"/>
              </w:rPr>
              <w:t>ÚDAJE O OBJEDNÁVKE A KUPUJÚCOM</w:t>
            </w:r>
          </w:p>
        </w:tc>
      </w:tr>
    </w:tbl>
    <w:tbl>
      <w:tblPr>
        <w:tblStyle w:val="Mriekatabuky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77"/>
      </w:tblGrid>
      <w:tr w:rsidR="00D636DB" w:rsidRPr="00E0106C" w14:paraId="221E772B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19BB89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Číslo objednávky: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3C448C" w14:textId="77777777" w:rsidR="00D636DB" w:rsidRPr="00E0106C" w:rsidRDefault="00D636DB">
            <w:pPr>
              <w:rPr>
                <w:lang w:val="sk-SK"/>
              </w:rPr>
            </w:pPr>
          </w:p>
        </w:tc>
      </w:tr>
      <w:tr w:rsidR="00D636DB" w:rsidRPr="00E0106C" w14:paraId="67596FA6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CE6AF7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Meno a priezvisko: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EA3E00" w14:textId="77777777" w:rsidR="00D636DB" w:rsidRPr="00E0106C" w:rsidRDefault="00D636DB">
            <w:pPr>
              <w:rPr>
                <w:lang w:val="sk-SK"/>
              </w:rPr>
            </w:pPr>
          </w:p>
        </w:tc>
      </w:tr>
      <w:tr w:rsidR="00D636DB" w:rsidRPr="00E0106C" w14:paraId="77E72D94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1D117D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Adresa: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34CE9E" w14:textId="77777777" w:rsidR="00D636DB" w:rsidRPr="00E0106C" w:rsidRDefault="00D636DB">
            <w:pPr>
              <w:rPr>
                <w:lang w:val="sk-SK"/>
              </w:rPr>
            </w:pPr>
          </w:p>
        </w:tc>
      </w:tr>
      <w:tr w:rsidR="00D636DB" w:rsidRPr="00E0106C" w14:paraId="723F34A5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CC9114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E-mail: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E6B876" w14:textId="77777777" w:rsidR="00D636DB" w:rsidRPr="00E0106C" w:rsidRDefault="00D636DB">
            <w:pPr>
              <w:rPr>
                <w:lang w:val="sk-SK"/>
              </w:rPr>
            </w:pPr>
          </w:p>
        </w:tc>
      </w:tr>
      <w:tr w:rsidR="00D636DB" w:rsidRPr="00E0106C" w14:paraId="32E40FBA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D39D77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Telefón: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4CE46D" w14:textId="77777777" w:rsidR="00D636DB" w:rsidRPr="00E0106C" w:rsidRDefault="00D636DB">
            <w:pPr>
              <w:rPr>
                <w:lang w:val="sk-SK"/>
              </w:rPr>
            </w:pPr>
          </w:p>
        </w:tc>
      </w:tr>
    </w:tbl>
    <w:p w14:paraId="723C1C26" w14:textId="77777777" w:rsidR="00D636DB" w:rsidRPr="00E0106C" w:rsidRDefault="00D636DB">
      <w:pPr>
        <w:spacing w:after="0"/>
        <w:rPr>
          <w:lang w:val="sk-SK"/>
        </w:rPr>
      </w:pPr>
    </w:p>
    <w:tbl>
      <w:tblPr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9412"/>
      </w:tblGrid>
      <w:tr w:rsidR="00D636DB" w:rsidRPr="00E0106C" w14:paraId="29842E1E" w14:textId="77777777">
        <w:trPr>
          <w:jc w:val="center"/>
        </w:trPr>
        <w:tc>
          <w:tcPr>
            <w:tcW w:w="9411" w:type="dxa"/>
            <w:shd w:val="clear" w:color="auto" w:fill="1769A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10C5E2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color w:val="FFFFFF"/>
                <w:sz w:val="20"/>
                <w:lang w:val="sk-SK"/>
              </w:rPr>
              <w:t>REKLAMOVANÝ TOVAR</w:t>
            </w:r>
          </w:p>
        </w:tc>
      </w:tr>
    </w:tbl>
    <w:tbl>
      <w:tblPr>
        <w:tblStyle w:val="Mriekatabuky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77"/>
      </w:tblGrid>
      <w:tr w:rsidR="00D636DB" w:rsidRPr="00E0106C" w14:paraId="4CA9C7B7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EA0585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Názov tovaru: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E2AA3E" w14:textId="77777777" w:rsidR="00D636DB" w:rsidRPr="00E0106C" w:rsidRDefault="00D636DB">
            <w:pPr>
              <w:rPr>
                <w:lang w:val="sk-SK"/>
              </w:rPr>
            </w:pPr>
          </w:p>
        </w:tc>
      </w:tr>
      <w:tr w:rsidR="00D636DB" w:rsidRPr="00E0106C" w14:paraId="0AA4B8C9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5FA45B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Veľkosť: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30FE9D" w14:textId="77777777" w:rsidR="00D636DB" w:rsidRPr="00E0106C" w:rsidRDefault="00D636DB">
            <w:pPr>
              <w:rPr>
                <w:lang w:val="sk-SK"/>
              </w:rPr>
            </w:pPr>
          </w:p>
        </w:tc>
      </w:tr>
      <w:tr w:rsidR="00D636DB" w:rsidRPr="00E0106C" w14:paraId="292F325F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51B249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Počet kusov: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318E5D" w14:textId="77777777" w:rsidR="00D636DB" w:rsidRPr="00E0106C" w:rsidRDefault="00D636DB">
            <w:pPr>
              <w:rPr>
                <w:lang w:val="sk-SK"/>
              </w:rPr>
            </w:pPr>
          </w:p>
        </w:tc>
      </w:tr>
    </w:tbl>
    <w:p w14:paraId="12AC1CEA" w14:textId="77777777" w:rsidR="00D636DB" w:rsidRPr="00E0106C" w:rsidRDefault="00D636DB">
      <w:pPr>
        <w:spacing w:after="0"/>
        <w:rPr>
          <w:lang w:val="sk-SK"/>
        </w:rPr>
      </w:pPr>
    </w:p>
    <w:tbl>
      <w:tblPr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9412"/>
      </w:tblGrid>
      <w:tr w:rsidR="00D636DB" w:rsidRPr="00E0106C" w14:paraId="2FA1DF41" w14:textId="77777777">
        <w:trPr>
          <w:jc w:val="center"/>
        </w:trPr>
        <w:tc>
          <w:tcPr>
            <w:tcW w:w="9411" w:type="dxa"/>
            <w:shd w:val="clear" w:color="auto" w:fill="1769A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DDEB89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color w:val="FFFFFF"/>
                <w:sz w:val="20"/>
                <w:lang w:val="sk-SK"/>
              </w:rPr>
              <w:t>OPIS VADY</w:t>
            </w:r>
          </w:p>
        </w:tc>
      </w:tr>
    </w:tbl>
    <w:tbl>
      <w:tblPr>
        <w:tblStyle w:val="Mriekatabuky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9412"/>
      </w:tblGrid>
      <w:tr w:rsidR="00D636DB" w:rsidRPr="00E0106C" w14:paraId="15EB20A4" w14:textId="77777777">
        <w:trPr>
          <w:jc w:val="center"/>
        </w:trPr>
        <w:tc>
          <w:tcPr>
            <w:tcW w:w="9411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FFE9D72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sz w:val="18"/>
                <w:lang w:val="sk-SK"/>
              </w:rPr>
              <w:br/>
            </w:r>
            <w:r w:rsidRPr="00E0106C">
              <w:rPr>
                <w:sz w:val="18"/>
                <w:lang w:val="sk-SK"/>
              </w:rPr>
              <w:br/>
            </w:r>
            <w:r w:rsidRPr="00E0106C">
              <w:rPr>
                <w:sz w:val="18"/>
                <w:lang w:val="sk-SK"/>
              </w:rPr>
              <w:br/>
            </w:r>
          </w:p>
        </w:tc>
      </w:tr>
    </w:tbl>
    <w:p w14:paraId="785001BA" w14:textId="77777777" w:rsidR="00D636DB" w:rsidRPr="00E0106C" w:rsidRDefault="00D636DB">
      <w:pPr>
        <w:spacing w:after="0"/>
        <w:rPr>
          <w:lang w:val="sk-SK"/>
        </w:rPr>
      </w:pPr>
    </w:p>
    <w:tbl>
      <w:tblPr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9412"/>
      </w:tblGrid>
      <w:tr w:rsidR="00D636DB" w:rsidRPr="00E0106C" w14:paraId="4D838E17" w14:textId="77777777">
        <w:trPr>
          <w:jc w:val="center"/>
        </w:trPr>
        <w:tc>
          <w:tcPr>
            <w:tcW w:w="9411" w:type="dxa"/>
            <w:shd w:val="clear" w:color="auto" w:fill="1769A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5F27B8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color w:val="FFFFFF"/>
                <w:sz w:val="20"/>
                <w:lang w:val="sk-SK"/>
              </w:rPr>
              <w:t>POŽADOVANÝ SPÔSOB VYBAVENIA REKLAMÁCIE</w:t>
            </w:r>
          </w:p>
        </w:tc>
      </w:tr>
    </w:tbl>
    <w:p w14:paraId="4AEEF6CD" w14:textId="77777777" w:rsidR="00D636DB" w:rsidRPr="00E0106C" w:rsidRDefault="00000000" w:rsidP="00EA5CE8">
      <w:pPr>
        <w:spacing w:before="80" w:after="40"/>
        <w:ind w:left="568"/>
        <w:rPr>
          <w:lang w:val="sk-SK"/>
        </w:rPr>
      </w:pPr>
      <w:r w:rsidRPr="00E0106C">
        <w:rPr>
          <w:b/>
          <w:sz w:val="18"/>
          <w:lang w:val="sk-SK"/>
        </w:rPr>
        <w:t>Označte požadovaný spôsob:</w:t>
      </w:r>
    </w:p>
    <w:p w14:paraId="4C7EE645" w14:textId="77777777" w:rsidR="00D636DB" w:rsidRPr="00E0106C" w:rsidRDefault="00000000" w:rsidP="00EA5CE8">
      <w:pPr>
        <w:spacing w:after="0"/>
        <w:ind w:left="710"/>
        <w:rPr>
          <w:lang w:val="sk-SK"/>
        </w:rPr>
      </w:pPr>
      <w:r w:rsidRPr="00E0106C">
        <w:rPr>
          <w:sz w:val="18"/>
          <w:lang w:val="sk-SK"/>
        </w:rPr>
        <w:t>☐  oprava tovaru</w:t>
      </w:r>
    </w:p>
    <w:p w14:paraId="3B54D011" w14:textId="77777777" w:rsidR="00D636DB" w:rsidRPr="00E0106C" w:rsidRDefault="00000000" w:rsidP="00EA5CE8">
      <w:pPr>
        <w:spacing w:after="0"/>
        <w:ind w:left="710"/>
        <w:rPr>
          <w:lang w:val="sk-SK"/>
        </w:rPr>
      </w:pPr>
      <w:r w:rsidRPr="00E0106C">
        <w:rPr>
          <w:sz w:val="18"/>
          <w:lang w:val="sk-SK"/>
        </w:rPr>
        <w:t>☐  výmena tovaru</w:t>
      </w:r>
    </w:p>
    <w:p w14:paraId="3FBEDE56" w14:textId="77777777" w:rsidR="00D636DB" w:rsidRPr="00E0106C" w:rsidRDefault="00000000" w:rsidP="00EA5CE8">
      <w:pPr>
        <w:spacing w:after="0"/>
        <w:ind w:left="710"/>
        <w:rPr>
          <w:lang w:val="sk-SK"/>
        </w:rPr>
      </w:pPr>
      <w:r w:rsidRPr="00E0106C">
        <w:rPr>
          <w:sz w:val="18"/>
          <w:lang w:val="sk-SK"/>
        </w:rPr>
        <w:t>☐  primeraná zľava z kúpnej ceny*</w:t>
      </w:r>
    </w:p>
    <w:p w14:paraId="186471FF" w14:textId="77777777" w:rsidR="00D636DB" w:rsidRPr="00E0106C" w:rsidRDefault="00000000" w:rsidP="00EA5CE8">
      <w:pPr>
        <w:spacing w:after="0"/>
        <w:ind w:left="710"/>
        <w:rPr>
          <w:lang w:val="sk-SK"/>
        </w:rPr>
      </w:pPr>
      <w:r w:rsidRPr="00E0106C">
        <w:rPr>
          <w:sz w:val="18"/>
          <w:lang w:val="sk-SK"/>
        </w:rPr>
        <w:t>☐  odstúpenie od kúpnej zmluvy a vrátenie kúpnej ceny*</w:t>
      </w:r>
    </w:p>
    <w:p w14:paraId="6075F490" w14:textId="77777777" w:rsidR="00D636DB" w:rsidRPr="00E0106C" w:rsidRDefault="00000000" w:rsidP="00EA5CE8">
      <w:pPr>
        <w:spacing w:before="40" w:after="80"/>
        <w:ind w:left="568"/>
        <w:rPr>
          <w:lang w:val="sk-SK"/>
        </w:rPr>
      </w:pPr>
      <w:r w:rsidRPr="00E0106C">
        <w:rPr>
          <w:i/>
          <w:sz w:val="15"/>
          <w:lang w:val="sk-SK"/>
        </w:rPr>
        <w:t>* Právo na primeranú zľavu alebo odstúpenie od kúpnej zmluvy možno uplatniť za podmienok stanovených príslušnými právnymi predpismi.</w:t>
      </w:r>
    </w:p>
    <w:tbl>
      <w:tblPr>
        <w:tblStyle w:val="Mriekatabuky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77"/>
      </w:tblGrid>
      <w:tr w:rsidR="00D636DB" w:rsidRPr="00E0106C" w14:paraId="7A4E1045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34299B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IBAN pre vrátenie platby: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2CEB5C" w14:textId="77777777" w:rsidR="00D636DB" w:rsidRPr="00E0106C" w:rsidRDefault="00D636DB">
            <w:pPr>
              <w:rPr>
                <w:lang w:val="sk-SK"/>
              </w:rPr>
            </w:pPr>
          </w:p>
        </w:tc>
      </w:tr>
      <w:tr w:rsidR="00D636DB" w:rsidRPr="00E0106C" w14:paraId="71FEE87A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D31DFB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Dátum: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31E3DB" w14:textId="77777777" w:rsidR="00D636DB" w:rsidRPr="00E0106C" w:rsidRDefault="00D636DB">
            <w:pPr>
              <w:rPr>
                <w:lang w:val="sk-SK"/>
              </w:rPr>
            </w:pPr>
          </w:p>
        </w:tc>
      </w:tr>
      <w:tr w:rsidR="00D636DB" w:rsidRPr="00E0106C" w14:paraId="1169F6D0" w14:textId="77777777">
        <w:trPr>
          <w:jc w:val="center"/>
        </w:trPr>
        <w:tc>
          <w:tcPr>
            <w:tcW w:w="2835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2978B2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sz w:val="18"/>
                <w:lang w:val="sk-SK"/>
              </w:rPr>
              <w:t>Podpis:</w:t>
            </w:r>
          </w:p>
        </w:tc>
        <w:tc>
          <w:tcPr>
            <w:tcW w:w="65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082B17" w14:textId="77777777" w:rsidR="00D636DB" w:rsidRPr="00E0106C" w:rsidRDefault="00D636DB">
            <w:pPr>
              <w:rPr>
                <w:lang w:val="sk-SK"/>
              </w:rPr>
            </w:pPr>
          </w:p>
        </w:tc>
      </w:tr>
    </w:tbl>
    <w:p w14:paraId="292E3ACB" w14:textId="50D868BD" w:rsidR="00D636DB" w:rsidRPr="00E0106C" w:rsidRDefault="00EA5CE8" w:rsidP="00EA5CE8">
      <w:pPr>
        <w:spacing w:before="60" w:after="100"/>
        <w:rPr>
          <w:lang w:val="sk-SK"/>
        </w:rPr>
      </w:pPr>
      <w:r>
        <w:rPr>
          <w:i/>
          <w:sz w:val="15"/>
          <w:lang w:val="sk-SK"/>
        </w:rPr>
        <w:t xml:space="preserve">           </w:t>
      </w:r>
      <w:r w:rsidR="00000000" w:rsidRPr="00E0106C">
        <w:rPr>
          <w:i/>
          <w:sz w:val="15"/>
          <w:lang w:val="sk-SK"/>
        </w:rPr>
        <w:t>Podpis je potrebné doplniť len v prípade, ak formulár zasielate v listinnej podobe.</w:t>
      </w:r>
    </w:p>
    <w:tbl>
      <w:tblPr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9412"/>
      </w:tblGrid>
      <w:tr w:rsidR="00D636DB" w:rsidRPr="00E0106C" w14:paraId="1E687302" w14:textId="77777777">
        <w:trPr>
          <w:jc w:val="center"/>
        </w:trPr>
        <w:tc>
          <w:tcPr>
            <w:tcW w:w="9411" w:type="dxa"/>
            <w:shd w:val="clear" w:color="auto" w:fill="1769A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923E2F" w14:textId="77777777" w:rsidR="00D636DB" w:rsidRPr="00E0106C" w:rsidRDefault="00000000">
            <w:pPr>
              <w:rPr>
                <w:lang w:val="sk-SK"/>
              </w:rPr>
            </w:pPr>
            <w:r w:rsidRPr="00E0106C">
              <w:rPr>
                <w:b/>
                <w:color w:val="FFFFFF"/>
                <w:sz w:val="20"/>
                <w:lang w:val="sk-SK"/>
              </w:rPr>
              <w:t>INFORMÁCIE K REKLAMÁCII</w:t>
            </w:r>
          </w:p>
        </w:tc>
      </w:tr>
    </w:tbl>
    <w:p w14:paraId="2810D6CA" w14:textId="77777777" w:rsidR="00D636DB" w:rsidRPr="00EA5CE8" w:rsidRDefault="00000000" w:rsidP="00EA5CE8">
      <w:pPr>
        <w:spacing w:after="30"/>
        <w:ind w:left="565" w:hanging="113"/>
        <w:rPr>
          <w:sz w:val="16"/>
          <w:szCs w:val="16"/>
          <w:lang w:val="sk-SK"/>
        </w:rPr>
      </w:pPr>
      <w:r w:rsidRPr="00EA5CE8">
        <w:rPr>
          <w:b/>
          <w:sz w:val="16"/>
          <w:szCs w:val="16"/>
          <w:lang w:val="sk-SK"/>
        </w:rPr>
        <w:t xml:space="preserve">• </w:t>
      </w:r>
      <w:r w:rsidRPr="00EA5CE8">
        <w:rPr>
          <w:sz w:val="16"/>
          <w:szCs w:val="16"/>
          <w:lang w:val="sk-SK"/>
        </w:rPr>
        <w:t>Vyplnenie tohto formulára nie je podmienkou uplatnenia reklamácie.</w:t>
      </w:r>
    </w:p>
    <w:p w14:paraId="290CCCAA" w14:textId="77777777" w:rsidR="00D636DB" w:rsidRPr="00EA5CE8" w:rsidRDefault="00000000" w:rsidP="00EA5CE8">
      <w:pPr>
        <w:spacing w:after="30"/>
        <w:ind w:left="565" w:hanging="113"/>
        <w:rPr>
          <w:sz w:val="16"/>
          <w:szCs w:val="16"/>
          <w:lang w:val="sk-SK"/>
        </w:rPr>
      </w:pPr>
      <w:r w:rsidRPr="00EA5CE8">
        <w:rPr>
          <w:b/>
          <w:sz w:val="16"/>
          <w:szCs w:val="16"/>
          <w:lang w:val="sk-SK"/>
        </w:rPr>
        <w:t xml:space="preserve">• </w:t>
      </w:r>
      <w:r w:rsidRPr="00EA5CE8">
        <w:rPr>
          <w:sz w:val="16"/>
          <w:szCs w:val="16"/>
          <w:lang w:val="sk-SK"/>
        </w:rPr>
        <w:t>Reklamáciu môžete uplatniť aj elektronicky na adrese supercool@supercool.sk.</w:t>
      </w:r>
    </w:p>
    <w:p w14:paraId="6B1461F5" w14:textId="626CB7C1" w:rsidR="00D636DB" w:rsidRPr="00EA5CE8" w:rsidRDefault="00000000" w:rsidP="00EA5CE8">
      <w:pPr>
        <w:spacing w:after="30"/>
        <w:ind w:left="565" w:hanging="113"/>
        <w:rPr>
          <w:sz w:val="16"/>
          <w:szCs w:val="16"/>
          <w:lang w:val="sk-SK"/>
        </w:rPr>
      </w:pPr>
      <w:r w:rsidRPr="00EA5CE8">
        <w:rPr>
          <w:b/>
          <w:sz w:val="16"/>
          <w:szCs w:val="16"/>
          <w:lang w:val="sk-SK"/>
        </w:rPr>
        <w:t xml:space="preserve">• </w:t>
      </w:r>
      <w:r w:rsidRPr="00EA5CE8">
        <w:rPr>
          <w:sz w:val="16"/>
          <w:szCs w:val="16"/>
          <w:lang w:val="sk-SK"/>
        </w:rPr>
        <w:t xml:space="preserve">Reklamovaný tovar </w:t>
      </w:r>
      <w:r w:rsidR="00E0106C" w:rsidRPr="00EA5CE8">
        <w:rPr>
          <w:sz w:val="16"/>
          <w:szCs w:val="16"/>
          <w:lang w:val="sk-SK"/>
        </w:rPr>
        <w:t>zašlite</w:t>
      </w:r>
      <w:r w:rsidRPr="00EA5CE8">
        <w:rPr>
          <w:sz w:val="16"/>
          <w:szCs w:val="16"/>
          <w:lang w:val="sk-SK"/>
        </w:rPr>
        <w:t xml:space="preserve"> na adresu: SUPERCOOL </w:t>
      </w:r>
      <w:proofErr w:type="spellStart"/>
      <w:r w:rsidRPr="00EA5CE8">
        <w:rPr>
          <w:sz w:val="16"/>
          <w:szCs w:val="16"/>
          <w:lang w:val="sk-SK"/>
        </w:rPr>
        <w:t>s.r.o</w:t>
      </w:r>
      <w:proofErr w:type="spellEnd"/>
      <w:r w:rsidRPr="00EA5CE8">
        <w:rPr>
          <w:sz w:val="16"/>
          <w:szCs w:val="16"/>
          <w:lang w:val="sk-SK"/>
        </w:rPr>
        <w:t>., Bazová 2747/16, 040 22 Košice, Slovenská republika.</w:t>
      </w:r>
    </w:p>
    <w:p w14:paraId="07FEE9CC" w14:textId="77777777" w:rsidR="00D636DB" w:rsidRPr="00EA5CE8" w:rsidRDefault="00000000" w:rsidP="00EA5CE8">
      <w:pPr>
        <w:spacing w:after="30"/>
        <w:ind w:left="565" w:hanging="113"/>
        <w:rPr>
          <w:sz w:val="16"/>
          <w:szCs w:val="16"/>
          <w:lang w:val="sk-SK"/>
        </w:rPr>
      </w:pPr>
      <w:r w:rsidRPr="00EA5CE8">
        <w:rPr>
          <w:b/>
          <w:sz w:val="16"/>
          <w:szCs w:val="16"/>
          <w:lang w:val="sk-SK"/>
        </w:rPr>
        <w:t xml:space="preserve">• </w:t>
      </w:r>
      <w:r w:rsidRPr="00EA5CE8">
        <w:rPr>
          <w:sz w:val="16"/>
          <w:szCs w:val="16"/>
          <w:lang w:val="sk-SK"/>
        </w:rPr>
        <w:t>Po vytknutí vady vám SUPERCOOL bezodkladne poskytne písomné potvrdenie o vytknutí vady a uvedie lehotu na jej odstránenie v súlade s platnými právnymi predpismi.</w:t>
      </w:r>
    </w:p>
    <w:sectPr w:rsidR="00D636DB" w:rsidRPr="00EA5CE8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3070175">
    <w:abstractNumId w:val="8"/>
  </w:num>
  <w:num w:numId="2" w16cid:durableId="1149830441">
    <w:abstractNumId w:val="6"/>
  </w:num>
  <w:num w:numId="3" w16cid:durableId="1027944589">
    <w:abstractNumId w:val="5"/>
  </w:num>
  <w:num w:numId="4" w16cid:durableId="723675311">
    <w:abstractNumId w:val="4"/>
  </w:num>
  <w:num w:numId="5" w16cid:durableId="561990913">
    <w:abstractNumId w:val="7"/>
  </w:num>
  <w:num w:numId="6" w16cid:durableId="1029335680">
    <w:abstractNumId w:val="3"/>
  </w:num>
  <w:num w:numId="7" w16cid:durableId="1037656749">
    <w:abstractNumId w:val="2"/>
  </w:num>
  <w:num w:numId="8" w16cid:durableId="1544053023">
    <w:abstractNumId w:val="1"/>
  </w:num>
  <w:num w:numId="9" w16cid:durableId="517741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1006"/>
    <w:rsid w:val="00A46B3A"/>
    <w:rsid w:val="00AA1D8D"/>
    <w:rsid w:val="00B47730"/>
    <w:rsid w:val="00CB0664"/>
    <w:rsid w:val="00D636DB"/>
    <w:rsid w:val="00E0106C"/>
    <w:rsid w:val="00EA5C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689BF3"/>
  <w14:defaultImageDpi w14:val="300"/>
  <w15:docId w15:val="{F221E160-C5F5-40F1-B544-ED94554A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Tomáš Schuchmann</cp:lastModifiedBy>
  <cp:revision>3</cp:revision>
  <dcterms:created xsi:type="dcterms:W3CDTF">2013-12-23T23:15:00Z</dcterms:created>
  <dcterms:modified xsi:type="dcterms:W3CDTF">2026-09-20T06:30:00Z</dcterms:modified>
  <cp:category/>
</cp:coreProperties>
</file>